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156000" cy="1060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KMV_Header_mit_Bassschluesse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6000" cy="1060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 w:before="40"/>
      </w:pPr>
      <w:r>
        <w:rPr>
          <w:rFonts w:ascii="Arial" w:hAnsi="Arial"/>
          <w:b/>
          <w:sz w:val="28"/>
        </w:rPr>
        <w:t>Beitragsgesuch Lager Blasmusik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5"/>
      </w:tblGrid>
      <w:tr>
        <w:trPr>
          <w:cantSplit/>
        </w:trPr>
        <w:tc>
          <w:tcPr>
            <w:tcW w:type="dxa" w:w="10375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shd w:fill="D9D9D9"/>
            <w:tcMar>
              <w:top w:w="48" w:type="dxa"/>
              <w:bottom w:w="48" w:type="dxa"/>
              <w:start w:w="50" w:type="dxa"/>
              <w:end w:w="25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/>
                <w:color w:val="111111"/>
                <w:sz w:val="16"/>
              </w:rPr>
              <w:t>1.  Unterverband</w:t>
            </w:r>
          </w:p>
        </w:tc>
      </w:tr>
    </w:tbl>
    <w:p>
      <w:pPr>
        <w:spacing w:after="2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78"/>
        <w:gridCol w:w="7597"/>
      </w:tblGrid>
      <w:tr>
        <w:trPr>
          <w:cantSplit/>
        </w:trPr>
        <w:tc>
          <w:tcPr>
            <w:tcW w:type="dxa" w:w="2778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 w:val="0"/>
                <w:color w:val="111111"/>
                <w:sz w:val="14"/>
              </w:rPr>
              <w:t>Name des Verbandes:</w:t>
            </w:r>
          </w:p>
        </w:tc>
        <w:tc>
          <w:tcPr>
            <w:tcW w:type="dxa" w:w="7597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shd w:fill="EDF2F8"/>
            <w:vAlign w:val="center"/>
          </w:tcPr>
          <w:p>
            <w:pPr>
              <w:spacing w:after="0" w:before="0" w:line="252" w:lineRule="auto"/>
            </w:pPr>
            <w:r/>
            <w:sdt>
              <w:sdtPr>
                <w:tag w:val="VERBAND"/>
                <w:alias w:val="VERBAND"/>
                <w:text/>
              </w:sdtPr>
              <w:sdtContent>
                <w:r>
                  <w:rPr>
                    <w:rFonts w:ascii="Arial" w:hAnsi="Arial"/>
                    <w:b w:val="0"/>
                    <w:color w:val="777777"/>
                    <w:sz w:val="14"/>
                  </w:rPr>
                  <w:t>{{VERBAND}}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78"/>
        <w:gridCol w:w="7597"/>
      </w:tblGrid>
      <w:tr>
        <w:trPr>
          <w:cantSplit/>
        </w:trPr>
        <w:tc>
          <w:tcPr>
            <w:tcW w:type="dxa" w:w="2778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 w:val="0"/>
                <w:color w:val="111111"/>
                <w:sz w:val="14"/>
              </w:rPr>
              <w:t>Name, Vorname (Präsident/in):</w:t>
            </w:r>
          </w:p>
        </w:tc>
        <w:tc>
          <w:tcPr>
            <w:tcW w:type="dxa" w:w="7597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shd w:fill="EDF2F8"/>
            <w:vAlign w:val="center"/>
          </w:tcPr>
          <w:p>
            <w:pPr>
              <w:spacing w:after="0" w:before="0" w:line="252" w:lineRule="auto"/>
            </w:pPr>
            <w:r/>
            <w:sdt>
              <w:sdtPr>
                <w:tag w:val="PRAESIDENT"/>
                <w:alias w:val="PRAESIDENT"/>
                <w:text/>
              </w:sdtPr>
              <w:sdtContent>
                <w:r>
                  <w:rPr>
                    <w:rFonts w:ascii="Arial" w:hAnsi="Arial"/>
                    <w:b w:val="0"/>
                    <w:color w:val="777777"/>
                    <w:sz w:val="14"/>
                  </w:rPr>
                  <w:t>{{PRAESIDENT}}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78"/>
        <w:gridCol w:w="7597"/>
      </w:tblGrid>
      <w:tr>
        <w:trPr>
          <w:cantSplit/>
        </w:trPr>
        <w:tc>
          <w:tcPr>
            <w:tcW w:type="dxa" w:w="2778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 w:val="0"/>
                <w:color w:val="111111"/>
                <w:sz w:val="14"/>
              </w:rPr>
              <w:t>Strasse:</w:t>
            </w:r>
          </w:p>
        </w:tc>
        <w:tc>
          <w:tcPr>
            <w:tcW w:type="dxa" w:w="7597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shd w:fill="EDF2F8"/>
            <w:vAlign w:val="center"/>
          </w:tcPr>
          <w:p>
            <w:pPr>
              <w:spacing w:after="0" w:before="0" w:line="252" w:lineRule="auto"/>
            </w:pPr>
            <w:r/>
            <w:sdt>
              <w:sdtPr>
                <w:tag w:val="STRASSE_VERBAND"/>
                <w:alias w:val="STRASSE_VERBAND"/>
                <w:text/>
              </w:sdtPr>
              <w:sdtContent>
                <w:r>
                  <w:rPr>
                    <w:rFonts w:ascii="Arial" w:hAnsi="Arial"/>
                    <w:b w:val="0"/>
                    <w:color w:val="777777"/>
                    <w:sz w:val="14"/>
                  </w:rPr>
                  <w:t>{{STRASSE_VERBAND}}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78"/>
        <w:gridCol w:w="7597"/>
      </w:tblGrid>
      <w:tr>
        <w:trPr>
          <w:cantSplit/>
        </w:trPr>
        <w:tc>
          <w:tcPr>
            <w:tcW w:type="dxa" w:w="2778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 w:val="0"/>
                <w:color w:val="111111"/>
                <w:sz w:val="14"/>
              </w:rPr>
              <w:t>PLZ / Ort:</w:t>
            </w:r>
          </w:p>
        </w:tc>
        <w:tc>
          <w:tcPr>
            <w:tcW w:type="dxa" w:w="7597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shd w:fill="EDF2F8"/>
            <w:vAlign w:val="center"/>
          </w:tcPr>
          <w:p>
            <w:pPr>
              <w:spacing w:after="0" w:before="0" w:line="252" w:lineRule="auto"/>
            </w:pPr>
            <w:r/>
            <w:sdt>
              <w:sdtPr>
                <w:tag w:val="ORT_VERBAND"/>
                <w:alias w:val="ORT_VERBAND"/>
                <w:text/>
              </w:sdtPr>
              <w:sdtContent>
                <w:r>
                  <w:rPr>
                    <w:rFonts w:ascii="Arial" w:hAnsi="Arial"/>
                    <w:b w:val="0"/>
                    <w:color w:val="777777"/>
                    <w:sz w:val="14"/>
                  </w:rPr>
                  <w:t>{{ORT_VERBAND}}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78"/>
        <w:gridCol w:w="2154"/>
        <w:gridCol w:w="1332"/>
        <w:gridCol w:w="4110"/>
      </w:tblGrid>
      <w:tr>
        <w:trPr>
          <w:cantSplit/>
        </w:trPr>
        <w:tc>
          <w:tcPr>
            <w:tcW w:type="dxa" w:w="2778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 w:val="0"/>
                <w:color w:val="111111"/>
                <w:sz w:val="14"/>
              </w:rPr>
              <w:t>Telefon:</w:t>
            </w:r>
          </w:p>
        </w:tc>
        <w:tc>
          <w:tcPr>
            <w:tcW w:type="dxa" w:w="2154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shd w:fill="EDF2F8"/>
            <w:vAlign w:val="center"/>
          </w:tcPr>
          <w:p>
            <w:pPr>
              <w:spacing w:after="0" w:before="0" w:line="252" w:lineRule="auto"/>
            </w:pPr>
            <w:r/>
            <w:sdt>
              <w:sdtPr>
                <w:tag w:val="TEL_VERBAND"/>
                <w:alias w:val="TEL_VERBAND"/>
                <w:text/>
              </w:sdtPr>
              <w:sdtContent>
                <w:r>
                  <w:rPr>
                    <w:rFonts w:ascii="Arial" w:hAnsi="Arial"/>
                    <w:b w:val="0"/>
                    <w:color w:val="777777"/>
                    <w:sz w:val="14"/>
                  </w:rPr>
                  <w:t>{{TEL_VERBAND}}</w:t>
                </w:r>
              </w:sdtContent>
            </w:sdt>
          </w:p>
        </w:tc>
        <w:tc>
          <w:tcPr>
            <w:tcW w:type="dxa" w:w="1332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 w:val="0"/>
                <w:color w:val="111111"/>
                <w:sz w:val="14"/>
              </w:rPr>
              <w:t>E-Mail:</w:t>
            </w:r>
          </w:p>
        </w:tc>
        <w:tc>
          <w:tcPr>
            <w:tcW w:type="dxa" w:w="4110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shd w:fill="EDF2F8"/>
            <w:vAlign w:val="center"/>
          </w:tcPr>
          <w:p>
            <w:pPr>
              <w:spacing w:after="0" w:before="0" w:line="252" w:lineRule="auto"/>
            </w:pPr>
            <w:r/>
            <w:sdt>
              <w:sdtPr>
                <w:tag w:val="MAIL_VERBAND"/>
                <w:alias w:val="MAIL_VERBAND"/>
                <w:text/>
              </w:sdtPr>
              <w:sdtContent>
                <w:r>
                  <w:rPr>
                    <w:rFonts w:ascii="Arial" w:hAnsi="Arial"/>
                    <w:b w:val="0"/>
                    <w:color w:val="777777"/>
                    <w:sz w:val="14"/>
                  </w:rPr>
                  <w:t>{{MAIL_VERBAND}}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5"/>
      </w:tblGrid>
      <w:tr>
        <w:trPr>
          <w:cantSplit/>
        </w:trPr>
        <w:tc>
          <w:tcPr>
            <w:tcW w:type="dxa" w:w="10375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shd w:fill="D9D9D9"/>
            <w:tcMar>
              <w:top w:w="48" w:type="dxa"/>
              <w:bottom w:w="48" w:type="dxa"/>
              <w:start w:w="50" w:type="dxa"/>
              <w:end w:w="25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/>
                <w:color w:val="111111"/>
                <w:sz w:val="16"/>
              </w:rPr>
              <w:t>2.  Lagerleitung</w:t>
            </w:r>
          </w:p>
        </w:tc>
      </w:tr>
    </w:tbl>
    <w:p>
      <w:pPr>
        <w:spacing w:after="2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78"/>
        <w:gridCol w:w="7597"/>
      </w:tblGrid>
      <w:tr>
        <w:trPr>
          <w:cantSplit/>
        </w:trPr>
        <w:tc>
          <w:tcPr>
            <w:tcW w:type="dxa" w:w="2778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 w:val="0"/>
                <w:color w:val="111111"/>
                <w:sz w:val="14"/>
              </w:rPr>
              <w:t>Name, Vorname (Lagerleitung):</w:t>
            </w:r>
          </w:p>
        </w:tc>
        <w:tc>
          <w:tcPr>
            <w:tcW w:type="dxa" w:w="7597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shd w:fill="EDF2F8"/>
            <w:vAlign w:val="center"/>
          </w:tcPr>
          <w:p>
            <w:pPr>
              <w:spacing w:after="0" w:before="0" w:line="252" w:lineRule="auto"/>
            </w:pPr>
            <w:r/>
            <w:sdt>
              <w:sdtPr>
                <w:tag w:val="LAGERLEITUNG"/>
                <w:alias w:val="LAGERLEITUNG"/>
                <w:text/>
              </w:sdtPr>
              <w:sdtContent>
                <w:r>
                  <w:rPr>
                    <w:rFonts w:ascii="Arial" w:hAnsi="Arial"/>
                    <w:b w:val="0"/>
                    <w:color w:val="777777"/>
                    <w:sz w:val="14"/>
                  </w:rPr>
                  <w:t>{{LAGERLEITUNG}}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78"/>
        <w:gridCol w:w="7597"/>
      </w:tblGrid>
      <w:tr>
        <w:trPr>
          <w:cantSplit/>
        </w:trPr>
        <w:tc>
          <w:tcPr>
            <w:tcW w:type="dxa" w:w="2778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 w:val="0"/>
                <w:color w:val="111111"/>
                <w:sz w:val="14"/>
              </w:rPr>
              <w:t>Strasse:</w:t>
            </w:r>
          </w:p>
        </w:tc>
        <w:tc>
          <w:tcPr>
            <w:tcW w:type="dxa" w:w="7597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shd w:fill="EDF2F8"/>
            <w:vAlign w:val="center"/>
          </w:tcPr>
          <w:p>
            <w:pPr>
              <w:spacing w:after="0" w:before="0" w:line="252" w:lineRule="auto"/>
            </w:pPr>
            <w:r/>
            <w:sdt>
              <w:sdtPr>
                <w:tag w:val="STRASSE_LAGER"/>
                <w:alias w:val="STRASSE_LAGER"/>
                <w:text/>
              </w:sdtPr>
              <w:sdtContent>
                <w:r>
                  <w:rPr>
                    <w:rFonts w:ascii="Arial" w:hAnsi="Arial"/>
                    <w:b w:val="0"/>
                    <w:color w:val="777777"/>
                    <w:sz w:val="14"/>
                  </w:rPr>
                  <w:t>{{STRASSE_LAGER}}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78"/>
        <w:gridCol w:w="7597"/>
      </w:tblGrid>
      <w:tr>
        <w:trPr>
          <w:cantSplit/>
        </w:trPr>
        <w:tc>
          <w:tcPr>
            <w:tcW w:type="dxa" w:w="2778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 w:val="0"/>
                <w:color w:val="111111"/>
                <w:sz w:val="14"/>
              </w:rPr>
              <w:t>PLZ / Ort:</w:t>
            </w:r>
          </w:p>
        </w:tc>
        <w:tc>
          <w:tcPr>
            <w:tcW w:type="dxa" w:w="7597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shd w:fill="EDF2F8"/>
            <w:vAlign w:val="center"/>
          </w:tcPr>
          <w:p>
            <w:pPr>
              <w:spacing w:after="0" w:before="0" w:line="252" w:lineRule="auto"/>
            </w:pPr>
            <w:r/>
            <w:sdt>
              <w:sdtPr>
                <w:tag w:val="ORT_LAGER"/>
                <w:alias w:val="ORT_LAGER"/>
                <w:text/>
              </w:sdtPr>
              <w:sdtContent>
                <w:r>
                  <w:rPr>
                    <w:rFonts w:ascii="Arial" w:hAnsi="Arial"/>
                    <w:b w:val="0"/>
                    <w:color w:val="777777"/>
                    <w:sz w:val="14"/>
                  </w:rPr>
                  <w:t>{{ORT_LAGER}}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78"/>
        <w:gridCol w:w="2154"/>
        <w:gridCol w:w="1332"/>
        <w:gridCol w:w="4110"/>
      </w:tblGrid>
      <w:tr>
        <w:trPr>
          <w:cantSplit/>
        </w:trPr>
        <w:tc>
          <w:tcPr>
            <w:tcW w:type="dxa" w:w="2778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 w:val="0"/>
                <w:color w:val="111111"/>
                <w:sz w:val="14"/>
              </w:rPr>
              <w:t>Telefon:</w:t>
            </w:r>
          </w:p>
        </w:tc>
        <w:tc>
          <w:tcPr>
            <w:tcW w:type="dxa" w:w="2154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shd w:fill="EDF2F8"/>
            <w:vAlign w:val="center"/>
          </w:tcPr>
          <w:p>
            <w:pPr>
              <w:spacing w:after="0" w:before="0" w:line="252" w:lineRule="auto"/>
            </w:pPr>
            <w:r/>
            <w:sdt>
              <w:sdtPr>
                <w:tag w:val="TEL_LAGER"/>
                <w:alias w:val="TEL_LAGER"/>
                <w:text/>
              </w:sdtPr>
              <w:sdtContent>
                <w:r>
                  <w:rPr>
                    <w:rFonts w:ascii="Arial" w:hAnsi="Arial"/>
                    <w:b w:val="0"/>
                    <w:color w:val="777777"/>
                    <w:sz w:val="14"/>
                  </w:rPr>
                  <w:t>{{TEL_LAGER}}</w:t>
                </w:r>
              </w:sdtContent>
            </w:sdt>
          </w:p>
        </w:tc>
        <w:tc>
          <w:tcPr>
            <w:tcW w:type="dxa" w:w="1332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 w:val="0"/>
                <w:color w:val="111111"/>
                <w:sz w:val="14"/>
              </w:rPr>
              <w:t>E-Mail:</w:t>
            </w:r>
          </w:p>
        </w:tc>
        <w:tc>
          <w:tcPr>
            <w:tcW w:type="dxa" w:w="4110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shd w:fill="EDF2F8"/>
            <w:vAlign w:val="center"/>
          </w:tcPr>
          <w:p>
            <w:pPr>
              <w:spacing w:after="0" w:before="0" w:line="252" w:lineRule="auto"/>
            </w:pPr>
            <w:r/>
            <w:sdt>
              <w:sdtPr>
                <w:tag w:val="MAIL_LAGER"/>
                <w:alias w:val="MAIL_LAGER"/>
                <w:text/>
              </w:sdtPr>
              <w:sdtContent>
                <w:r>
                  <w:rPr>
                    <w:rFonts w:ascii="Arial" w:hAnsi="Arial"/>
                    <w:b w:val="0"/>
                    <w:color w:val="777777"/>
                    <w:sz w:val="14"/>
                  </w:rPr>
                  <w:t>{{MAIL_LAGER}}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5"/>
      </w:tblGrid>
      <w:tr>
        <w:trPr>
          <w:cantSplit/>
        </w:trPr>
        <w:tc>
          <w:tcPr>
            <w:tcW w:type="dxa" w:w="10375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shd w:fill="D9D9D9"/>
            <w:tcMar>
              <w:top w:w="48" w:type="dxa"/>
              <w:bottom w:w="48" w:type="dxa"/>
              <w:start w:w="50" w:type="dxa"/>
              <w:end w:w="25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/>
                <w:color w:val="111111"/>
                <w:sz w:val="16"/>
              </w:rPr>
              <w:t>3.  Lagerangaben</w:t>
            </w:r>
          </w:p>
        </w:tc>
      </w:tr>
    </w:tbl>
    <w:p>
      <w:pPr>
        <w:spacing w:after="2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78"/>
        <w:gridCol w:w="7597"/>
      </w:tblGrid>
      <w:tr>
        <w:trPr>
          <w:cantSplit/>
        </w:trPr>
        <w:tc>
          <w:tcPr>
            <w:tcW w:type="dxa" w:w="2778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 w:val="0"/>
                <w:color w:val="111111"/>
                <w:sz w:val="14"/>
              </w:rPr>
              <w:t>Name des Lagers:</w:t>
            </w:r>
          </w:p>
        </w:tc>
        <w:tc>
          <w:tcPr>
            <w:tcW w:type="dxa" w:w="7597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shd w:fill="EDF2F8"/>
            <w:vAlign w:val="center"/>
          </w:tcPr>
          <w:p>
            <w:pPr>
              <w:spacing w:after="0" w:before="0" w:line="252" w:lineRule="auto"/>
            </w:pPr>
            <w:r/>
            <w:sdt>
              <w:sdtPr>
                <w:tag w:val="LAGERNAME"/>
                <w:alias w:val="LAGERNAME"/>
                <w:text/>
              </w:sdtPr>
              <w:sdtContent>
                <w:r>
                  <w:rPr>
                    <w:rFonts w:ascii="Arial" w:hAnsi="Arial"/>
                    <w:b w:val="0"/>
                    <w:color w:val="777777"/>
                    <w:sz w:val="14"/>
                  </w:rPr>
                  <w:t>{{LAGERNAME}}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78"/>
        <w:gridCol w:w="2154"/>
        <w:gridCol w:w="1332"/>
        <w:gridCol w:w="4110"/>
      </w:tblGrid>
      <w:tr>
        <w:trPr>
          <w:cantSplit/>
        </w:trPr>
        <w:tc>
          <w:tcPr>
            <w:tcW w:type="dxa" w:w="2778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 w:val="0"/>
                <w:color w:val="111111"/>
                <w:sz w:val="14"/>
              </w:rPr>
              <w:t>Lagerbeginn:</w:t>
            </w:r>
          </w:p>
        </w:tc>
        <w:tc>
          <w:tcPr>
            <w:tcW w:type="dxa" w:w="2154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shd w:fill="EDF2F8"/>
            <w:vAlign w:val="center"/>
          </w:tcPr>
          <w:p>
            <w:pPr>
              <w:spacing w:after="0" w:before="0" w:line="252" w:lineRule="auto"/>
            </w:pPr>
            <w:r/>
            <w:sdt>
              <w:sdtPr>
                <w:tag w:val="BEGINN"/>
                <w:alias w:val="BEGINN"/>
                <w:text/>
              </w:sdtPr>
              <w:sdtContent>
                <w:r>
                  <w:rPr>
                    <w:rFonts w:ascii="Arial" w:hAnsi="Arial"/>
                    <w:b w:val="0"/>
                    <w:color w:val="777777"/>
                    <w:sz w:val="14"/>
                  </w:rPr>
                  <w:t>{{BEGINN}}</w:t>
                </w:r>
              </w:sdtContent>
            </w:sdt>
          </w:p>
        </w:tc>
        <w:tc>
          <w:tcPr>
            <w:tcW w:type="dxa" w:w="1332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 w:val="0"/>
                <w:color w:val="111111"/>
                <w:sz w:val="14"/>
              </w:rPr>
              <w:t>Lagerende:</w:t>
            </w:r>
          </w:p>
        </w:tc>
        <w:tc>
          <w:tcPr>
            <w:tcW w:type="dxa" w:w="4110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shd w:fill="EDF2F8"/>
            <w:vAlign w:val="center"/>
          </w:tcPr>
          <w:p>
            <w:pPr>
              <w:spacing w:after="0" w:before="0" w:line="252" w:lineRule="auto"/>
            </w:pPr>
            <w:r/>
            <w:sdt>
              <w:sdtPr>
                <w:tag w:val="ENDE"/>
                <w:alias w:val="ENDE"/>
                <w:text/>
              </w:sdtPr>
              <w:sdtContent>
                <w:r>
                  <w:rPr>
                    <w:rFonts w:ascii="Arial" w:hAnsi="Arial"/>
                    <w:b w:val="0"/>
                    <w:color w:val="777777"/>
                    <w:sz w:val="14"/>
                  </w:rPr>
                  <w:t>{{ENDE}}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78"/>
        <w:gridCol w:w="7597"/>
      </w:tblGrid>
      <w:tr>
        <w:trPr>
          <w:cantSplit/>
        </w:trPr>
        <w:tc>
          <w:tcPr>
            <w:tcW w:type="dxa" w:w="2778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 w:val="0"/>
                <w:color w:val="111111"/>
                <w:sz w:val="14"/>
              </w:rPr>
              <w:t>Lagerort:</w:t>
            </w:r>
          </w:p>
        </w:tc>
        <w:tc>
          <w:tcPr>
            <w:tcW w:type="dxa" w:w="7597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shd w:fill="EDF2F8"/>
            <w:vAlign w:val="center"/>
          </w:tcPr>
          <w:p>
            <w:pPr>
              <w:spacing w:after="0" w:before="0" w:line="252" w:lineRule="auto"/>
            </w:pPr>
            <w:r/>
            <w:sdt>
              <w:sdtPr>
                <w:tag w:val="LAGERORT"/>
                <w:alias w:val="LAGERORT"/>
                <w:text/>
              </w:sdtPr>
              <w:sdtContent>
                <w:r>
                  <w:rPr>
                    <w:rFonts w:ascii="Arial" w:hAnsi="Arial"/>
                    <w:b w:val="0"/>
                    <w:color w:val="777777"/>
                    <w:sz w:val="14"/>
                  </w:rPr>
                  <w:t>{{LAGERORT}}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1531"/>
        <w:gridCol w:w="1701"/>
        <w:gridCol w:w="3742"/>
      </w:tblGrid>
      <w:tr>
        <w:trPr>
          <w:cantSplit/>
        </w:trPr>
        <w:tc>
          <w:tcPr>
            <w:tcW w:type="dxa" w:w="3402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 w:val="0"/>
                <w:color w:val="111111"/>
                <w:sz w:val="14"/>
              </w:rPr>
              <w:t>Anzahl administrative Kursleiter/innen:</w:t>
            </w:r>
          </w:p>
        </w:tc>
        <w:tc>
          <w:tcPr>
            <w:tcW w:type="dxa" w:w="1531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shd w:fill="EDF2F8"/>
            <w:vAlign w:val="center"/>
          </w:tcPr>
          <w:p>
            <w:pPr>
              <w:spacing w:after="0" w:before="0" w:line="252" w:lineRule="auto"/>
            </w:pPr>
            <w:r/>
            <w:sdt>
              <w:sdtPr>
                <w:tag w:val="ANZ_ADMIN"/>
                <w:alias w:val="ANZ_ADMIN"/>
                <w:text/>
              </w:sdtPr>
              <w:sdtContent>
                <w:r>
                  <w:rPr>
                    <w:rFonts w:ascii="Arial" w:hAnsi="Arial"/>
                    <w:b w:val="0"/>
                    <w:color w:val="777777"/>
                    <w:sz w:val="14"/>
                  </w:rPr>
                  <w:t>{{ANZ_ADMIN}}</w:t>
                </w:r>
              </w:sdtContent>
            </w:sdt>
          </w:p>
        </w:tc>
        <w:tc>
          <w:tcPr>
            <w:tcW w:type="dxa" w:w="1701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 w:val="0"/>
                <w:color w:val="111111"/>
                <w:sz w:val="14"/>
              </w:rPr>
              <w:t>Entschädigung:</w:t>
            </w:r>
          </w:p>
        </w:tc>
        <w:tc>
          <w:tcPr>
            <w:tcW w:type="dxa" w:w="3742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</w:tcPr>
          <w:p>
            <w:pPr>
              <w:spacing w:before="0" w:after="0" w:line="252" w:lineRule="auto"/>
            </w:pPr>
            <w:sdt>
              <w:sdtPr>
                <w:alias w:val="ADMIN_JA"/>
                <w:tag w:val="ADMIN_JA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rFonts w:ascii="Arial" w:hAnsi="Arial"/>
                <w:sz w:val="14"/>
              </w:rPr>
              <w:t xml:space="preserve"> ja</w:t>
            </w:r>
            <w:r>
              <w:t xml:space="preserve">   </w:t>
            </w:r>
            <w:sdt>
              <w:sdtPr>
                <w:alias w:val="ADMIN_NEIN"/>
                <w:tag w:val="ADMIN_NEI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rFonts w:ascii="Arial" w:hAnsi="Arial"/>
                <w:sz w:val="14"/>
              </w:rPr>
              <w:t xml:space="preserve"> nein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1531"/>
        <w:gridCol w:w="1701"/>
        <w:gridCol w:w="3742"/>
      </w:tblGrid>
      <w:tr>
        <w:trPr>
          <w:cantSplit/>
        </w:trPr>
        <w:tc>
          <w:tcPr>
            <w:tcW w:type="dxa" w:w="3402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 w:val="0"/>
                <w:color w:val="111111"/>
                <w:sz w:val="14"/>
              </w:rPr>
              <w:t>Anzahl musikalische Kursleiter/innen:</w:t>
            </w:r>
          </w:p>
        </w:tc>
        <w:tc>
          <w:tcPr>
            <w:tcW w:type="dxa" w:w="1531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shd w:fill="EDF2F8"/>
            <w:vAlign w:val="center"/>
          </w:tcPr>
          <w:p>
            <w:pPr>
              <w:spacing w:after="0" w:before="0" w:line="252" w:lineRule="auto"/>
            </w:pPr>
            <w:r/>
            <w:sdt>
              <w:sdtPr>
                <w:tag w:val="ANZ_MUSIK"/>
                <w:alias w:val="ANZ_MUSIK"/>
                <w:text/>
              </w:sdtPr>
              <w:sdtContent>
                <w:r>
                  <w:rPr>
                    <w:rFonts w:ascii="Arial" w:hAnsi="Arial"/>
                    <w:b w:val="0"/>
                    <w:color w:val="777777"/>
                    <w:sz w:val="14"/>
                  </w:rPr>
                  <w:t>{{ANZ_MUSIK}}</w:t>
                </w:r>
              </w:sdtContent>
            </w:sdt>
          </w:p>
        </w:tc>
        <w:tc>
          <w:tcPr>
            <w:tcW w:type="dxa" w:w="1701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 w:val="0"/>
                <w:color w:val="111111"/>
                <w:sz w:val="14"/>
              </w:rPr>
              <w:t>Entschädigung:</w:t>
            </w:r>
          </w:p>
        </w:tc>
        <w:tc>
          <w:tcPr>
            <w:tcW w:type="dxa" w:w="3742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</w:tcPr>
          <w:p>
            <w:pPr>
              <w:spacing w:before="0" w:after="0" w:line="252" w:lineRule="auto"/>
            </w:pPr>
            <w:sdt>
              <w:sdtPr>
                <w:alias w:val="MUSIK_JA"/>
                <w:tag w:val="MUSIK_JA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rFonts w:ascii="Arial" w:hAnsi="Arial"/>
                <w:sz w:val="14"/>
              </w:rPr>
              <w:t xml:space="preserve"> ja</w:t>
            </w:r>
            <w:r>
              <w:t xml:space="preserve">   </w:t>
            </w:r>
            <w:sdt>
              <w:sdtPr>
                <w:alias w:val="MUSIK_NEIN"/>
                <w:tag w:val="MUSIK_NEI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rFonts w:ascii="Arial" w:hAnsi="Arial"/>
                <w:sz w:val="14"/>
              </w:rPr>
              <w:t xml:space="preserve"> nein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78"/>
        <w:gridCol w:w="7597"/>
      </w:tblGrid>
      <w:tr>
        <w:trPr>
          <w:cantSplit/>
        </w:trPr>
        <w:tc>
          <w:tcPr>
            <w:tcW w:type="dxa" w:w="2778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 w:val="0"/>
                <w:color w:val="111111"/>
                <w:sz w:val="14"/>
              </w:rPr>
              <w:t>Anzahl Lagerteilnehmer/innen:</w:t>
            </w:r>
          </w:p>
        </w:tc>
        <w:tc>
          <w:tcPr>
            <w:tcW w:type="dxa" w:w="7597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shd w:fill="EDF2F8"/>
            <w:vAlign w:val="center"/>
          </w:tcPr>
          <w:p>
            <w:pPr>
              <w:spacing w:after="0" w:before="0" w:line="252" w:lineRule="auto"/>
            </w:pPr>
            <w:r/>
            <w:sdt>
              <w:sdtPr>
                <w:tag w:val="ANZ_TEILNEHMER"/>
                <w:alias w:val="ANZ_TEILNEHMER"/>
                <w:text/>
              </w:sdtPr>
              <w:sdtContent>
                <w:r>
                  <w:rPr>
                    <w:rFonts w:ascii="Arial" w:hAnsi="Arial"/>
                    <w:b w:val="0"/>
                    <w:color w:val="777777"/>
                    <w:sz w:val="14"/>
                  </w:rPr>
                  <w:t>{{ANZ_TEILNEHMER}}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5"/>
      </w:tblGrid>
      <w:tr>
        <w:trPr>
          <w:cantSplit/>
        </w:trPr>
        <w:tc>
          <w:tcPr>
            <w:tcW w:type="dxa" w:w="10375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shd w:fill="FAD7D9"/>
            <w:tcMar>
              <w:top w:w="48" w:type="dxa"/>
              <w:bottom w:w="48" w:type="dxa"/>
              <w:start w:w="45" w:type="dxa"/>
              <w:end w:w="45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color w:val="E31B23"/>
                <w:sz w:val="18"/>
              </w:rPr>
              <w:t xml:space="preserve">WICHTIG: </w:t>
            </w:r>
            <w:r>
              <w:rPr>
                <w:rFonts w:ascii="Arial" w:hAnsi="Arial"/>
                <w:b/>
                <w:sz w:val="15"/>
              </w:rPr>
              <w:t>Ab 2026 berücksichtigt der SBV nur noch Lager, die eine Woche dauern.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5"/>
      </w:tblGrid>
      <w:tr>
        <w:trPr>
          <w:cantSplit/>
        </w:trPr>
        <w:tc>
          <w:tcPr>
            <w:tcW w:type="dxa" w:w="10375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shd w:fill="D9D9D9"/>
            <w:tcMar>
              <w:top w:w="48" w:type="dxa"/>
              <w:bottom w:w="48" w:type="dxa"/>
              <w:start w:w="50" w:type="dxa"/>
              <w:end w:w="25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/>
                <w:color w:val="111111"/>
                <w:sz w:val="16"/>
              </w:rPr>
              <w:t>4.  Einzureichende Unterlagen</w:t>
            </w:r>
          </w:p>
        </w:tc>
      </w:tr>
    </w:tbl>
    <w:p>
      <w:pPr>
        <w:spacing w:after="2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7"/>
        <w:gridCol w:w="5187"/>
      </w:tblGrid>
      <w:tr>
        <w:trPr>
          <w:cantSplit/>
        </w:trPr>
        <w:tc>
          <w:tcPr>
            <w:tcW w:type="dxa" w:w="5187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45" w:type="dxa"/>
              <w:end w:w="45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/>
                <w:color w:val="111111"/>
                <w:sz w:val="15"/>
              </w:rPr>
              <w:t>Vor dem Lager:</w:t>
            </w:r>
          </w:p>
          <w:p>
            <w:pPr>
              <w:spacing w:after="0" w:before="0" w:line="252" w:lineRule="auto"/>
            </w:pPr>
            <w:r>
              <w:rPr>
                <w:rFonts w:ascii="Arial" w:hAnsi="Arial"/>
                <w:sz w:val="13"/>
              </w:rPr>
              <w:t>•  aktuelles Budget (unterzeichnet vom Unterverbandspräsidium &amp; Lagerleitung)</w:t>
            </w:r>
          </w:p>
          <w:p>
            <w:pPr>
              <w:spacing w:after="0" w:before="0" w:line="252" w:lineRule="auto"/>
            </w:pPr>
            <w:r>
              <w:rPr>
                <w:rFonts w:ascii="Arial" w:hAnsi="Arial"/>
                <w:sz w:val="13"/>
              </w:rPr>
              <w:t>•  detaillierter Kursablauf / Kursprogramm</w:t>
            </w:r>
          </w:p>
        </w:tc>
        <w:tc>
          <w:tcPr>
            <w:tcW w:type="dxa" w:w="5187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45" w:type="dxa"/>
              <w:end w:w="45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/>
                <w:color w:val="111111"/>
                <w:sz w:val="15"/>
              </w:rPr>
              <w:t>Nach dem Lager (unaufgefordert):</w:t>
            </w:r>
          </w:p>
          <w:p>
            <w:pPr>
              <w:spacing w:after="0" w:before="0" w:line="252" w:lineRule="auto"/>
            </w:pPr>
            <w:r>
              <w:rPr>
                <w:rFonts w:ascii="Arial" w:hAnsi="Arial"/>
                <w:sz w:val="13"/>
              </w:rPr>
              <w:t>•  Lagerabrechnung</w:t>
            </w:r>
          </w:p>
          <w:p>
            <w:pPr>
              <w:spacing w:after="0" w:before="0" w:line="252" w:lineRule="auto"/>
            </w:pPr>
            <w:r>
              <w:rPr>
                <w:rFonts w:ascii="Arial" w:hAnsi="Arial"/>
                <w:sz w:val="13"/>
              </w:rPr>
              <w:t>•  Einzahlungsschein</w:t>
            </w:r>
          </w:p>
          <w:p>
            <w:pPr>
              <w:spacing w:after="0" w:before="0" w:line="252" w:lineRule="auto"/>
            </w:pPr>
            <w:r>
              <w:rPr>
                <w:rFonts w:ascii="Arial" w:hAnsi="Arial"/>
                <w:sz w:val="13"/>
              </w:rPr>
              <w:t>•  Namensliste Leiter/innen &amp; Teilnehmer/innen</w:t>
              <w:br/>
              <w:t xml:space="preserve">   (Name, Vorname, Geburtsdatum, Mitglied der Musikgesellschaft)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5"/>
      </w:tblGrid>
      <w:tr>
        <w:trPr>
          <w:cantSplit/>
        </w:trPr>
        <w:tc>
          <w:tcPr>
            <w:tcW w:type="dxa" w:w="10375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shd w:fill="D9D9D9"/>
            <w:tcMar>
              <w:top w:w="48" w:type="dxa"/>
              <w:bottom w:w="48" w:type="dxa"/>
              <w:start w:w="50" w:type="dxa"/>
              <w:end w:w="25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/>
                <w:color w:val="111111"/>
                <w:sz w:val="16"/>
              </w:rPr>
              <w:t>5.  Bestätigung</w:t>
            </w:r>
          </w:p>
        </w:tc>
      </w:tr>
    </w:tbl>
    <w:p>
      <w:pPr>
        <w:spacing w:after="2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"/>
        <w:gridCol w:w="2154"/>
        <w:gridCol w:w="3458"/>
        <w:gridCol w:w="3742"/>
      </w:tblGrid>
      <w:tr>
        <w:trPr>
          <w:cantSplit/>
        </w:trPr>
        <w:tc>
          <w:tcPr>
            <w:tcW w:type="dxa" w:w="1020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 w:val="0"/>
                <w:color w:val="111111"/>
                <w:sz w:val="14"/>
              </w:rPr>
              <w:t>Datum:</w:t>
            </w:r>
          </w:p>
        </w:tc>
        <w:tc>
          <w:tcPr>
            <w:tcW w:type="dxa" w:w="2154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shd w:fill="EDF2F8"/>
            <w:vAlign w:val="center"/>
          </w:tcPr>
          <w:p>
            <w:pPr>
              <w:spacing w:after="0" w:before="0" w:line="252" w:lineRule="auto"/>
            </w:pPr>
            <w:r/>
            <w:sdt>
              <w:sdtPr>
                <w:tag w:val="DATUM"/>
                <w:alias w:val="DATUM"/>
                <w:text/>
              </w:sdtPr>
              <w:sdtContent>
                <w:r>
                  <w:rPr>
                    <w:rFonts w:ascii="Arial" w:hAnsi="Arial"/>
                    <w:b w:val="0"/>
                    <w:color w:val="777777"/>
                    <w:sz w:val="14"/>
                  </w:rPr>
                  <w:t>{{DATUM}}</w:t>
                </w:r>
              </w:sdtContent>
            </w:sdt>
          </w:p>
        </w:tc>
        <w:tc>
          <w:tcPr>
            <w:tcW w:type="dxa" w:w="3458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 w:val="0"/>
                <w:color w:val="111111"/>
                <w:sz w:val="13"/>
              </w:rPr>
              <w:t>Elektronische Unterschrift Unterverbandspräsident/in:</w:t>
            </w:r>
          </w:p>
        </w:tc>
        <w:tc>
          <w:tcPr>
            <w:tcW w:type="dxa" w:w="3742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72" w:type="dxa"/>
              <w:bottom w:w="72" w:type="dxa"/>
              <w:start w:w="38" w:type="dxa"/>
              <w:end w:w="38" w:type="dxa"/>
            </w:tcMar>
            <w:shd w:fill="EDF2F8"/>
            <w:vAlign w:val="center"/>
          </w:tcPr>
          <w:p>
            <w:pPr>
              <w:spacing w:after="0" w:before="0" w:line="252" w:lineRule="auto"/>
            </w:pPr>
            <w:r/>
            <w:sdt>
              <w:sdtPr>
                <w:tag w:val="UNTERSCHRIFT"/>
                <w:alias w:val="UNTERSCHRIFT"/>
                <w:text/>
              </w:sdtPr>
              <w:sdtContent>
                <w:r>
                  <w:rPr>
                    <w:rFonts w:ascii="Arial" w:hAnsi="Arial"/>
                    <w:b w:val="0"/>
                    <w:color w:val="777777"/>
                    <w:sz w:val="14"/>
                  </w:rPr>
                  <w:t>{{UNTERSCHRIFT}}</w:t>
                </w:r>
              </w:sdtContent>
            </w:sdt>
          </w:p>
        </w:tc>
      </w:tr>
    </w:tbl>
    <w:p>
      <w:pPr>
        <w:spacing w:after="30"/>
        <w:ind w:left="4252"/>
      </w:pPr>
      <w:r>
        <w:rPr>
          <w:rFonts w:ascii="Arial" w:hAnsi="Arial"/>
          <w:sz w:val="12"/>
        </w:rPr>
        <w:t>Mit dem Eintragen des Namens wird die Richtigkeit der Angaben bestätigt.</w:t>
      </w:r>
    </w:p>
    <w:p>
      <w:pPr>
        <w:spacing w:after="30"/>
      </w:pPr>
      <w:r>
        <w:rPr>
          <w:rFonts w:ascii="Arial" w:hAnsi="Arial"/>
          <w:b w:val="0"/>
          <w:color w:val="111111"/>
          <w:sz w:val="14"/>
        </w:rPr>
        <w:t xml:space="preserve">Das Gesuch ist </w:t>
      </w:r>
      <w:r>
        <w:rPr>
          <w:rFonts w:ascii="Arial" w:hAnsi="Arial"/>
          <w:b/>
          <w:color w:val="E31B23"/>
          <w:sz w:val="14"/>
        </w:rPr>
        <w:t>vollständig und inklusive aller Beilagen</w:t>
      </w:r>
      <w:r>
        <w:rPr>
          <w:rFonts w:ascii="Arial" w:hAnsi="Arial"/>
          <w:b w:val="0"/>
          <w:color w:val="111111"/>
          <w:sz w:val="14"/>
        </w:rPr>
        <w:t xml:space="preserve"> elektronisch einzureichen an:</w:t>
      </w:r>
    </w:p>
    <w:p>
      <w:pPr>
        <w:spacing w:after="30"/>
      </w:pPr>
      <w:r>
        <w:rPr>
          <w:rFonts w:ascii="Arial" w:hAnsi="Arial"/>
          <w:sz w:val="14"/>
        </w:rPr>
        <w:t>Sekretariat BKMV  |  sekretariat@bkmv.ch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5"/>
      </w:tblGrid>
      <w:tr>
        <w:trPr>
          <w:cantSplit/>
        </w:trPr>
        <w:tc>
          <w:tcPr>
            <w:tcW w:type="dxa" w:w="10375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shd w:fill="D9D9D9"/>
            <w:tcMar>
              <w:top w:w="48" w:type="dxa"/>
              <w:bottom w:w="48" w:type="dxa"/>
              <w:start w:w="50" w:type="dxa"/>
              <w:end w:w="25" w:type="dxa"/>
            </w:tcMar>
            <w:vAlign w:val="center"/>
          </w:tcPr>
          <w:p>
            <w:pPr>
              <w:spacing w:after="0" w:before="0" w:line="252" w:lineRule="auto"/>
            </w:pPr>
            <w:r/>
            <w:r>
              <w:rPr>
                <w:rFonts w:ascii="Arial" w:hAnsi="Arial"/>
                <w:b/>
                <w:color w:val="111111"/>
                <w:sz w:val="16"/>
              </w:rPr>
              <w:t>Nur durch den BKMV auszufüllen</w:t>
            </w:r>
          </w:p>
        </w:tc>
      </w:tr>
    </w:tbl>
    <w:p>
      <w:pPr>
        <w:spacing w:after="2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94"/>
        <w:gridCol w:w="2594"/>
        <w:gridCol w:w="2594"/>
        <w:gridCol w:w="2594"/>
      </w:tblGrid>
      <w:tr>
        <w:tc>
          <w:tcPr>
            <w:tcW w:type="dxa" w:w="4989"/>
            <w:gridSpan w:val="2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sz w:val="14"/>
              </w:rPr>
              <w:t>☐  bewilligt     ☐  nicht bewilligt</w:t>
            </w:r>
          </w:p>
        </w:tc>
        <w:tc>
          <w:tcPr>
            <w:tcW w:type="dxa" w:w="5499"/>
            <w:gridSpan w:val="2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sz w:val="14"/>
              </w:rPr>
            </w:r>
          </w:p>
        </w:tc>
      </w:tr>
      <w:tr>
        <w:tc>
          <w:tcPr>
            <w:tcW w:type="dxa" w:w="4989"/>
            <w:gridSpan w:val="2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</w:tcPr>
          <w:p>
            <w:pPr>
              <w:tabs>
                <w:tab w:pos="4620" w:val="right" w:leader="underscore"/>
              </w:tabs>
              <w:spacing w:before="0" w:after="0"/>
            </w:pPr>
            <w:r/>
            <w:r>
              <w:rPr>
                <w:rFonts w:ascii="Arial" w:hAnsi="Arial"/>
                <w:sz w:val="14"/>
              </w:rPr>
              <w:t xml:space="preserve">Datum: </w:t>
              <w:tab/>
              <w:t xml:space="preserve"> </w:t>
            </w:r>
          </w:p>
        </w:tc>
        <w:tc>
          <w:tcPr>
            <w:tcW w:type="dxa" w:w="5499"/>
            <w:gridSpan w:val="2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</w:tcPr>
          <w:p>
            <w:pPr>
              <w:tabs>
                <w:tab w:pos="4620" w:val="right" w:leader="underscore"/>
              </w:tabs>
              <w:spacing w:before="0" w:after="0"/>
            </w:pPr>
            <w:r/>
            <w:r>
              <w:rPr>
                <w:rFonts w:ascii="Arial" w:hAnsi="Arial"/>
                <w:sz w:val="14"/>
              </w:rPr>
              <w:t xml:space="preserve">Visum Präsidium BKMV: </w:t>
              <w:tab/>
              <w:t xml:space="preserve"> </w:t>
            </w:r>
          </w:p>
        </w:tc>
      </w:tr>
      <w:tr>
        <w:tc>
          <w:tcPr>
            <w:tcW w:type="dxa" w:w="4989"/>
            <w:gridSpan w:val="2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</w:tcPr>
          <w:p>
            <w:pPr>
              <w:tabs>
                <w:tab w:pos="4620" w:val="right" w:leader="underscore"/>
              </w:tabs>
              <w:spacing w:before="0" w:after="0"/>
            </w:pPr>
            <w:r/>
            <w:r>
              <w:rPr>
                <w:rFonts w:ascii="Arial" w:hAnsi="Arial"/>
                <w:sz w:val="14"/>
              </w:rPr>
              <w:t xml:space="preserve">Subventionsbetrag: </w:t>
              <w:tab/>
              <w:t xml:space="preserve"> </w:t>
            </w:r>
          </w:p>
        </w:tc>
        <w:tc>
          <w:tcPr>
            <w:tcW w:type="dxa" w:w="5499"/>
            <w:gridSpan w:val="2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</w:tcPr>
          <w:p>
            <w:pPr>
              <w:tabs>
                <w:tab w:pos="4620" w:val="right" w:leader="underscore"/>
              </w:tabs>
              <w:spacing w:before="0" w:after="0"/>
            </w:pPr>
            <w:r/>
            <w:r>
              <w:rPr>
                <w:rFonts w:ascii="Arial" w:hAnsi="Arial"/>
                <w:sz w:val="14"/>
              </w:rPr>
              <w:t xml:space="preserve">Visum Kontrolle: </w:t>
              <w:tab/>
              <w:t xml:space="preserve"> 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652" w:right="765" w:bottom="312" w:left="765" w:header="142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sz w:val="12"/>
      </w:rPr>
      <w:t>Bernischer Kantonal-Musikverband BKMV</w:t>
    </w:r>
    <w:r>
      <w:rPr>
        <w:rFonts w:ascii="Arial" w:hAnsi="Arial"/>
        <w:sz w:val="12"/>
      </w:rPr>
      <w:t xml:space="preserve">                                                                                 bkmv.ch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D9FB53B125734D989C35F2FFDBF7AC" ma:contentTypeVersion="10" ma:contentTypeDescription="Ein neues Dokument erstellen." ma:contentTypeScope="" ma:versionID="db964a2496841ed87b48a33502a3913d">
  <xsd:schema xmlns:xsd="http://www.w3.org/2001/XMLSchema" xmlns:xs="http://www.w3.org/2001/XMLSchema" xmlns:p="http://schemas.microsoft.com/office/2006/metadata/properties" xmlns:ns2="c0549c9c-5999-4e9b-b3a7-2e9fbb878082" targetNamespace="http://schemas.microsoft.com/office/2006/metadata/properties" ma:root="true" ma:fieldsID="6fb8aede80c2397e6549e0eda99c8b10" ns2:_="">
    <xsd:import namespace="c0549c9c-5999-4e9b-b3a7-2e9fbb8780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49c9c-5999-4e9b-b3a7-2e9fbb8780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bf3c25a-fa5f-4cc0-b887-6f3f2ff3e7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549c9c-5999-4e9b-b3a7-2e9fbb87808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23BA20-EE4D-48D1-82BF-32010A5BEB14}"/>
</file>

<file path=customXml/itemProps3.xml><?xml version="1.0" encoding="utf-8"?>
<ds:datastoreItem xmlns:ds="http://schemas.openxmlformats.org/officeDocument/2006/customXml" ds:itemID="{E1AF133C-4E2A-4916-B8FD-B07729B95E1C}"/>
</file>

<file path=customXml/itemProps4.xml><?xml version="1.0" encoding="utf-8"?>
<ds:datastoreItem xmlns:ds="http://schemas.openxmlformats.org/officeDocument/2006/customXml" ds:itemID="{6424E4E9-7A17-4469-86DE-AE53A9EC59B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0x01010094D9FB53B125734D989C35F2FFDBF7AC</vt:lpwstr>
  </property>
</Properties>
</file>